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18:00-19:45 Whistle Bait Plays 60s Elvis Presley!</w:t>
      </w:r>
    </w:p>
    <w:p>
      <w:r>
        <w:t>Haminalaislähtöinen Whistle Bait on yksi maamme pitkäikäisimmistä rock-orkestereista. Viime vuonna yhtye juhli 40-vuotista taivaltaan ja on yhä voimissaan.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