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18:00-20:00 Jukka Poika</w:t>
      </w:r>
    </w:p>
    <w:p>
      <w:r>
        <w:t>Suomireggaen kärkinimen, Jukka Pojan odotettu uusi Comeback-albumi katkaisi kymmenen vuoden albumitauon ja käynnisti uuden luvun artistin uralla.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