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18:00-20:30 The Mystery Wires &amp; Mape Veijalainen: A Tribute to Cliff &amp; The Shadows</w:t>
      </w:r>
    </w:p>
    <w:p>
      <w:r>
        <w:t>Luvassa rautalankaklassikoita ja nuorisoelokuvamusiikkia Cliff Richard &amp; The Shadows -tyyliin – jo kymmenettä kertaa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