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18:00-22:00 Den mysiga julkonserten 2026: Jannike, Patrik Isaksson (SVE) samt Tomas och Maria Höglund – Klubb Ankdamm</w:t>
      </w:r>
    </w:p>
    <w:p>
      <w:r>
        <w:t>Lämminhenkinen joulukonsertti kutsuu nauttimaan musiikista, tarinoista ja yhteislaulusta.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