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14:00-15:00 Johanna Ringbom &amp; Iiro Salmi: Du vet hur det känns ibland – Svenska veckan | Tiistaimatinea</w:t>
      </w:r>
    </w:p>
    <w:p>
      <w:r>
        <w:t>Näyttelijä Johanna Ringbomin ja muusikko Iiro Salmen uusi musiikkituotanto keskittyy lauluntekijä ja muusikko Olle Adolphsonin hienoon tuotantoon.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