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14:00-16:00 HopeaCine: Lapin sota, ohj. Aku Louhimies</w:t>
      </w:r>
    </w:p>
    <w:p>
      <w:r>
        <w:t>Tervetuloa nauttimaan huippusuosituista HopeaCine-näytöksistä ja tekijävierailuista!</w:t>
      </w:r>
    </w:p>
    <w:p>
      <w:r>
        <w:t>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