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13.11.2026 perjantai</w:t>
      </w:r>
    </w:p>
    <w:p>
      <w:pPr>
        <w:pStyle w:val="Heading1"/>
      </w:pPr>
      <w:r>
        <w:t>13.11.2026 perjantai</w:t>
      </w:r>
    </w:p>
    <w:p>
      <w:pPr>
        <w:pStyle w:val="Heading2"/>
      </w:pPr>
      <w:r>
        <w:t>18:00-20:00 Stella Polaris: Vapaa pudotus – Improvisoitu näytelmä</w:t>
      </w:r>
    </w:p>
    <w:p>
      <w:r>
        <w:t>Stella Polariksen legendaarinen Vapaa pudotus on improvisoitu näytelmä, jossa mikään ei ole etukäteen sovittua. Hyppää tuntemattomaan!</w:t>
      </w:r>
    </w:p>
    <w:p>
      <w:r>
        <w:t>20€ / 15€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