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18:00-19:00 Muumit: Pyrstötähteä etsimässä</w:t>
      </w:r>
    </w:p>
    <w:p>
      <w:r>
        <w:t>Upouuden muumimusiikin live-esitys kutsuu niin lapset kuin aikuisetkin mukaan Muumilaakson seikkailuihin.</w:t>
      </w:r>
    </w:p>
    <w:p>
      <w:r>
        <w:t>24,80€ 20€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