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18:00-20:00 Showband Spectre x Divalicious: Diamonds are forever</w:t>
      </w:r>
    </w:p>
    <w:p>
      <w:r>
        <w:t>Showband Spectre x Divalicious: Diamonds are forever -konserttiproduktio tarjoilee James Bond-klassikoita maailmanluokan tyyliin ison orkesterin, kapellimestarin ja solistin voimin.</w:t>
      </w:r>
    </w:p>
    <w:p>
      <w:r>
        <w:t>25€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