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12.12.2026 lauantai</w:t>
      </w:r>
    </w:p>
    <w:p>
      <w:pPr>
        <w:pStyle w:val="Heading1"/>
      </w:pPr>
      <w:r>
        <w:t>12.12.2026 lauantai</w:t>
      </w:r>
    </w:p>
    <w:p>
      <w:pPr>
        <w:pStyle w:val="Heading2"/>
      </w:pPr>
      <w:r>
        <w:t>18:00-20:00 Finglish Stand Up – Ali Jahangiri, Karim Aldulaimi &amp; guests</w:t>
      </w:r>
    </w:p>
    <w:p>
      <w:r>
        <w:t>Kaksikielinen komediailta, jossa nauru ei katso kieltä!</w:t>
      </w:r>
    </w:p>
    <w:p>
      <w:r>
        <w:t>20€ /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