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18:00-20:30 Ballet Finland: KEHÄ</w:t>
      </w:r>
    </w:p>
    <w:p>
      <w:r>
        <w:t>KEHÄ edustaa neljää ainutlaatuista vuodenaikaa. Ilta pitää sisällään kantaesitykset Atte Kilpiseltä, Reija Wäreeltä, Kenneth Kvarnströmiltä ja Jouka Valkamalta.</w:t>
      </w:r>
    </w:p>
    <w:p>
      <w:r>
        <w:t>43,90 / 33,90 / 24,80 €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