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18:00-18:35 Hyvää joulua, Mikko Mallikas – Barnens Estrad | Lasten Estradi</w:t>
      </w:r>
    </w:p>
    <w:p>
      <w:r>
        <w:t>Hyvää joulua, Mikko Mallikas ja muihin Gunilla Bergströmin Mikko-kirjoihin pohjautuva esitys nähdään Vuotalossa ruotsiksi 2. ja suomeksi 3. joulukuuta.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