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09:15-10:00 Sirkuskurssi taaperoperheille – Seikkailu jatkuu!</w:t>
      </w:r>
    </w:p>
    <w:p>
      <w:r>
        <w:t>Taaperoperheiden sirkuskurssi on tarkoitettu 1–2-vuotiaille sirkustähdille, joilla riittää energiaa oppia voimaa, koordinaatiota, näppäryyttä ja paljon muuta.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