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11:00-14:00 Linda Liukas (Hello Ruby): Sana-avaruus – missä sanat asuvat? – Nonstop-työpaja</w:t>
      </w:r>
    </w:p>
    <w:p>
      <w:r>
        <w:t>Tässä työpajassa tutustumme suuriin kielimalleihin, joiden avulla tekoäly osaa jatkaa lauseita, keksiä satuja ja arvata, mitä aiot sanoa seuraavaksi.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