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9.10.2026-10.10.2026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19:00-00:00 Jarkko Ahola – Hienoimmat ja suurimmat</w:t>
      </w:r>
    </w:p>
    <w:p>
      <w:r>
        <w:t>Tänä syksynä 2026 rocktenori Jarkko Ahola tekee vain muutaman konsertin. Ne tehdään suurella sydämellä ja antaumuksella. Luvassa on mahtipontisia lauluja.</w:t>
      </w:r>
    </w:p>
    <w:p>
      <w:r>
        <w:t>45,90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