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Kappeliesplanadi, 00130, Helsinki</w:t>
      </w:r>
    </w:p>
    <w:p>
      <w:r>
        <w:t>23.8.2026 sunnuntai</w:t>
      </w:r>
    </w:p>
    <w:p>
      <w:pPr>
        <w:pStyle w:val="Heading1"/>
      </w:pPr>
      <w:r>
        <w:t>23.8.2026 sunnuntai</w:t>
      </w:r>
    </w:p>
    <w:p>
      <w:pPr>
        <w:pStyle w:val="Heading2"/>
      </w:pPr>
      <w:r>
        <w:t>15:00-20:00 Valio Keittiön Kaikille katettu</w:t>
      </w:r>
    </w:p>
    <w:p>
      <w:r>
        <w:t>Kaikille katettu on juhla yhteisöllisyydelle, leivonnan ilolle ja sille ajatukselle, että parhaat hetket syntyvät silloin, kun ne jaetaan. Espan lavalle katetaan pöytä, joka kuuluu kaikille. Pöytä täynnä kakkuja, tarinoita, kohtaamisia ja jaettua iloa.100 kotileipuria saapuu kattamaan Helsingin makeimman kakkupöydän, joka on avoin kaikille kello 15-20.</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