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19:00-00:00 Samhain - Celebration of Irish music and dance</w:t>
      </w:r>
    </w:p>
    <w:p>
      <w:r>
        <w:t>Tervetuloa kokemaan ilta täynnä irlantilaista musiikkia, laulua ja tanssia, jossa perinteet ja nykyaika kohtaavat</w:t>
      </w:r>
    </w:p>
    <w:p>
      <w:r>
        <w:t>20€/10€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