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28.11.2026-29.11.2026</w:t>
      </w:r>
    </w:p>
    <w:p>
      <w:pPr>
        <w:pStyle w:val="Heading1"/>
      </w:pPr>
      <w:r>
        <w:t>28.11.2026-29.11.2026</w:t>
      </w:r>
    </w:p>
    <w:p>
      <w:pPr>
        <w:pStyle w:val="Heading2"/>
      </w:pPr>
      <w:r>
        <w:t>19:00-00:00 Qoomikot kollektiivi: Kväärinpäin X Caisa – Tuoretta verta – Caisa 30 Club</w:t>
      </w:r>
    </w:p>
    <w:p>
      <w:r>
        <w:t>Klubillamme todistamme ilta illan jälkeen, että nauru on oiva tapa polttaa pois vähemmistöstressiä.</w:t>
      </w:r>
    </w:p>
    <w:p>
      <w:r>
        <w:t>20€ / 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