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3.10.2026-4.10.2026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19:00-00:00 Miesflunssa – Mika Räinä &amp; Ilari Johansson</w:t>
      </w:r>
    </w:p>
    <w:p>
      <w:r>
        <w:t>Miesflunssa on kamala tauti. Se sisältää paljon draamaa, tragediaa ja komiikkaa. Eli koko elämän kirjon.</w:t>
      </w:r>
    </w:p>
    <w:p>
      <w:r>
        <w:t>30,35-39 €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