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26.8.2026 keskiviikko</w:t>
      </w:r>
    </w:p>
    <w:p>
      <w:pPr>
        <w:pStyle w:val="Heading1"/>
      </w:pPr>
      <w:r>
        <w:t>26.8.2026 keskiviikko</w:t>
      </w:r>
    </w:p>
    <w:p>
      <w:pPr>
        <w:pStyle w:val="Heading2"/>
      </w:pPr>
      <w:r>
        <w:t>11:00-13:00 Graffitijamit</w:t>
      </w:r>
    </w:p>
    <w:p>
      <w:r>
        <w:t>Tervetuloa tutustumaan graffitimaalaukseen ja jamittelemaan Ala-Malmin torille! Asukkaiden toiveen pohjalta järjestetyssä tapahtumassa pääset kokeilemaan graffitien tekoa yhdessä ohjaajan kanssa tai itsenäisesti. Graffitityöpajan ohjaajana toimii kuvataiteilija Santtu Tuomola. Tuomola on Etelä-Karjalan Taiteilijaseuran sekä  Taidekollektiivi Äärellisen joukon jäsen sekä Taidemaalariliiton kokelasjäsen. Hänen teoksensa käsittelevät päihderiippuvaisen addiktiosairaan elämää: Tuomola kuvaa teoksissaan päihderiippuvuuden aiheuttamia tapahtumia, sekä kokemuksia ja tunnetiloja ja tuo näkyväksi heidän äänensä, joita ei yleensä kuulla.Roskista ja kierrätysmateriaaleista musiikkia luovan Trash Drumming -yhtyeen rumpalit Aleksi Kinnunen ja Niklas Ahlsved musisoivat yhdessä Q-Teatterin näyttelijä/muusikko Timo Mäkysen kanssa. Roskarumpuja ja kitaraa yhdisteleviä improvisoituja jameja kuullaan Ala-Malmin torilla tapahtuman ajan. Ei ennakkoilmoittautumista! Graffitimaalaukseen tarvittavat materiaalit löytyvät tapahtumasta. Tapahtuma järjestetään Via Dia kahvilan yhteydessä.Maksuton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