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24.9.2026-25.9.2026</w:t>
      </w:r>
    </w:p>
    <w:p>
      <w:pPr>
        <w:pStyle w:val="Heading1"/>
      </w:pPr>
      <w:r>
        <w:t>24.9.2026-25.9.2026</w:t>
      </w:r>
    </w:p>
    <w:p>
      <w:pPr>
        <w:pStyle w:val="Heading2"/>
      </w:pPr>
      <w:r>
        <w:t>18:00-00:00 Flyygelikuu: Maija Väisänen</w:t>
      </w:r>
    </w:p>
    <w:p>
      <w:r>
        <w:t>Ilta taittuu yöksi – tunnelmakuvia kiireisistä askelista, sydänsuruista, hellyydestä ja yön rauhasta. Philip Glass–Fanny Hensel–Outi Tarkiainen–Heino Kaski.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