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10.9.2026-11.9.2026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19:00-00:00 Welcome Day: Grande Mahogany</w:t>
      </w:r>
    </w:p>
    <w:p>
      <w:r>
        <w:t>Tervetuloa Malmitalon Welcome Day -tapahtumaan!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