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Ala-Malmin tori 1, 00700, Helsinki</w:t>
      </w:r>
    </w:p>
    <w:p>
      <w:r>
        <w:t>12.10.2026-15.10.2026</w:t>
      </w:r>
    </w:p>
    <w:p>
      <w:pPr>
        <w:pStyle w:val="Heading1"/>
      </w:pPr>
      <w:r>
        <w:t>12.10.2026-15.10.2026</w:t>
      </w:r>
    </w:p>
    <w:p>
      <w:pPr>
        <w:pStyle w:val="Heading2"/>
      </w:pPr>
      <w:r>
        <w:t>DJ-kurssi 15–18-vuotiaille</w:t>
      </w:r>
    </w:p>
    <w:p>
      <w:r>
        <w:t>Ota mikseri haltuun ja opi miksaamaan suosikkibiisisi!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