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6.2.2027-7.2.2027</w:t>
      </w:r>
    </w:p>
    <w:p>
      <w:pPr>
        <w:pStyle w:val="Heading1"/>
      </w:pPr>
      <w:r>
        <w:t>6.2.2027-7.2.2027</w:t>
      </w:r>
    </w:p>
    <w:p>
      <w:pPr>
        <w:pStyle w:val="Heading2"/>
      </w:pPr>
      <w:r>
        <w:t>19:00-00:00 Cía Flamenca La Lupi: Lo inédito – Helsingin XXVI Flamencofestivaali - XXVI Festival Flamenco de Helsinki</w:t>
      </w:r>
    </w:p>
    <w:p>
      <w:r>
        <w:t>Málagalainen tanssija, koreografi ja suosittu opettaja La Lupi tuo Helsingin Flamencofestivaalin päänäytökseksi esityksensä Lo Inédito. Teoksen nimi, Ennennäkemätön, viittaa poikkeuksellisen rohkeaan omakohtaisuuteen: ”Riisuudun paljaaksi yleisön edessä ja kerron peloistani ---Se auttaa minua puhdistamaan sieluni ja jatkamaan eteenpäin”, La Lupi, 55, kertoi ExpoFlamenco-sivuston haastattelussa. ”Minua innoittavat omat elämänkokemukseni, vastoinkäymiset näyttämöllä, mutta myös onnen hetket.” Niinpä katsojat kokevat tanssijan kanssa, miten esirippu laskeutuu ennen aikojaan, muusikot kääntävät välinpitämättöminä selkänsä solistille ja tanssiasu hajoaa. Lopuksi kuitenkin pelot ja esteet sysätään sivuun ja suunnataan kohti vapautta, kuvaa ExpoFlamencon kriitikko. La Lupi uskaltaa toissa vuonna valmistuneessa esityksessään rikkoa kaavoja, nauraa itselleen ja itkeä ääneen, kiittää Universo Flamenco -julkaisu.Päätähden kanssa Savoy-teatterin lavalle nousee 6. helmikuuta esityksen alkuperäinen, tasokas ryhmä. La Lupin rinnalla säihkyy kaksi eri-ikäistä miestanssijaa, Miguel Ángel Corbacho ja Iván Amaya. Laulajana on vahvaääninen ja temperamenttinen Alfredo Tejada, kitaristeina Antonio González ja Curro De María sekä perkussionistina David Galiano.La Lupi opiskeli Málagan tanssikonservatoriossa ja perusti vuonna 1999 oman seurueen, jonka kanssa hän on toteuttanut monia kiitettyjä koreografioita. Hän osallistui vuonna 2012 laulaja Miguel Povedan ArteSano -esityksen parin vuoden kiertueelle, ja heidän Tangos de Triana -duettonsa on unohtumattoman mukaansatempaava klassikko. La Lupi on tehnyt yhteistyötä Espanjan Kansallisbaletin kanssa ja tanssinut usein veteraani Antonio Canalesin partnerina. Hänet tunnetaan ympäri maailmaa mahtavan pätevänä, välittömänä ja omaperäisenä flamencotanssin opettajana. ”Uskon, että suurin osa siitä mitä olen elämässäni oppinut, on tullut opettamisesta”, hän itse sanoo.Ikäsuositus: 7+Kesto n. 1 h 25 min, ei väliaikaa</w:t>
      </w:r>
    </w:p>
    <w:p>
      <w:r>
        <w:t>48,90-58,60 €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