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17:00-21:00 Kohina Film Festival</w:t>
      </w:r>
    </w:p>
    <w:p>
      <w:r>
        <w:t>Suomen ainoa pelkästään nuorille suunnattu lyhytelokuvafestivaali Kohina Film Festival järjestetään 22. lokakuuta Helsingissä Vuotalossa.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