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14.10.2026-15.10.2026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11:00-00:00 Lomakino: Kanelia kainaloon, Tatu ja Patu!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