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15.11.2026-16.11.2026</w:t>
      </w:r>
    </w:p>
    <w:p>
      <w:pPr>
        <w:pStyle w:val="Heading1"/>
      </w:pPr>
      <w:r>
        <w:t>15.11.2026-16.11.2026</w:t>
      </w:r>
    </w:p>
    <w:p>
      <w:pPr>
        <w:pStyle w:val="Heading2"/>
      </w:pPr>
      <w:r>
        <w:t>20:00-00:00 Liikkeellä marraskuussa – Johanna Karlberg, Antonia Atarah &amp; Alen Nsambu: Swedish Asshole feat. Akademiska Sångföreningen</w:t>
      </w:r>
    </w:p>
    <w:p>
      <w:r>
        <w:t>Swedish Asshole saattaa huuto-itku-naurattaa.</w:t>
      </w:r>
    </w:p>
    <w:p>
      <w:r>
        <w:t>33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