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Klaneettitie 5, 00420, Helsinki</w:t>
      </w:r>
    </w:p>
    <w:p>
      <w:r>
        <w:t>11.11.2026 keskiviikko</w:t>
      </w:r>
    </w:p>
    <w:p>
      <w:pPr>
        <w:pStyle w:val="Heading1"/>
      </w:pPr>
      <w:r>
        <w:t>11.11.2026 keskiviikko</w:t>
      </w:r>
    </w:p>
    <w:p>
      <w:pPr>
        <w:pStyle w:val="Heading2"/>
      </w:pPr>
      <w:r>
        <w:t>16:30-18:00 Jamkids-soittopaja &amp; Demo-biisipaja – Keskiviikkoklubi</w:t>
      </w:r>
    </w:p>
    <w:p>
      <w:r>
        <w:t>Biisipaja (Musiikkikoulu Demo)Tervetuloa Musiikkikoulu Demon matalan kynnyksen biisipajaan! Rennossa ja hauskassa työpajassa tehdään iPadeilla omia biisejä mm. Launchpad- ja Garageband-sovelluksia käyttäen. Biisipajoissa ohjaajina toimivat Demon ammattitaitoiset musiikinopettajat. Et tarvitse ennakkotaitoja – into kokeilla riittää!Jamkids-soittopajaJamkidsin soittopaja on elämyksellinen ja kaikenikäisille lapsille suunnattu osallistava musiikkituokio. Soittopajassa lapset pääsevät laulamaan, liikkumaan ja soittamaan erilaisilla soittimilla Jamkidsin opettajien kanssa. Soittopajaan voi osallistua itselleen sopivaksi ajaksi. Tervetuloa musisoimaan!Työpajat toteutuvat myös lasten oikeuksien päivän tapahtumassa pe 20.11.2026. Vapaa pääsy.</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