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4.9.2026-1.10.2026</w:t>
      </w:r>
    </w:p>
    <w:p>
      <w:pPr>
        <w:pStyle w:val="Heading1"/>
      </w:pPr>
      <w:r>
        <w:t>4.9.2026-1.10.2026</w:t>
      </w:r>
    </w:p>
    <w:p>
      <w:pPr>
        <w:pStyle w:val="Heading2"/>
      </w:pPr>
      <w:r>
        <w:t>Haagan taideseura – HYLÄTTY - Helena Blomqvistin valokuvia</w:t>
      </w:r>
    </w:p>
    <w:p>
      <w:r>
        <w:t>Olen Helsingissä asuva valokuvauksen harrastaja. Olen kuulunut Helsingin Kameraseuraan vuodesta 2013 lähtien. Lisäksi olen Haagan Taideseuran jäsen ja koulutukseltani olen somistaja ja visualisti.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