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5.12.2026 lauantai</w:t>
      </w:r>
    </w:p>
    <w:p>
      <w:pPr>
        <w:pStyle w:val="Heading1"/>
      </w:pPr>
      <w:r>
        <w:t>5.12.2026 lauantai</w:t>
      </w:r>
    </w:p>
    <w:p>
      <w:pPr>
        <w:pStyle w:val="Heading2"/>
      </w:pPr>
      <w:r>
        <w:t>15:00-17:00 Tanssiteatteri Tsuumi &amp; kulttuurikomppania Eloa: Arvo – Baltic Circle</w:t>
      </w:r>
    </w:p>
    <w:p>
      <w:r>
        <w:t>Koreografi ja taiteilija Sonja Jokiniemen uusi näyttämöteos tutkii karjalaista itkuvirsiperinnettä ja itkun ruumiillista kokemusta nykytaiteen kontekstissa.</w:t>
      </w:r>
    </w:p>
    <w:p>
      <w:r>
        <w:t>24,50€/19€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