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Kasarmikatu 46-48, 00130, Helsinki</w:t>
      </w:r>
    </w:p>
    <w:p>
      <w:r>
        <w:t>22.9.2026-23.9.2026</w:t>
      </w:r>
    </w:p>
    <w:p>
      <w:pPr>
        <w:pStyle w:val="Heading1"/>
      </w:pPr>
      <w:r>
        <w:t>22.9.2026-23.9.2026</w:t>
      </w:r>
    </w:p>
    <w:p>
      <w:pPr>
        <w:pStyle w:val="Heading2"/>
      </w:pPr>
      <w:r>
        <w:t>18:30-00:00 Everybody Digs Bill Evans – Rakkautta &amp; Anarkiaa 17.–27.9.2026</w:t>
      </w:r>
    </w:p>
    <w:p>
      <w:r>
        <w:t>Kaunistelematon kuvaus muusikko Bill Evansin vaikeasta vuodesta 1961, jota ennen ja jonka jälkeen syntyi maailman parasta jazzmusiikkia.</w:t>
      </w:r>
    </w:p>
    <w:p>
      <w:r>
        <w:t>13-14 €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