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23.9.2026-24.9.2026</w:t>
      </w:r>
    </w:p>
    <w:p>
      <w:pPr>
        <w:pStyle w:val="Heading1"/>
      </w:pPr>
      <w:r>
        <w:t>23.9.2026-24.9.2026</w:t>
      </w:r>
    </w:p>
    <w:p>
      <w:pPr>
        <w:pStyle w:val="Heading2"/>
      </w:pPr>
      <w:r>
        <w:t>20:45-00:00 Rose of Nevada – Rakkautta &amp; Anarkiaa 17.–27.9.2026</w:t>
      </w:r>
    </w:p>
    <w:p>
      <w:r>
        <w:t>Filmitaituri Mark Jenkin palaa cornwallilaiseen rannikkokylään mystisessä elokuvassa, jossa kalastajat (Callum Turner ja George MacKay) ovat entisaikojen aaveita.</w:t>
      </w:r>
    </w:p>
    <w:p>
      <w:r>
        <w:t>13-14 €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