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24.9.2026-25.9.2026</w:t>
      </w:r>
    </w:p>
    <w:p>
      <w:pPr>
        <w:pStyle w:val="Heading1"/>
      </w:pPr>
      <w:r>
        <w:t>24.9.2026-25.9.2026</w:t>
      </w:r>
    </w:p>
    <w:p>
      <w:pPr>
        <w:pStyle w:val="Heading2"/>
      </w:pPr>
      <w:r>
        <w:t>20:45-00:00 Decorado – Rakkautta &amp; Anarkiaa 17.–27.9.2026</w:t>
      </w:r>
    </w:p>
    <w:p>
      <w:r>
        <w:t>Synkän koominen aikuisten animaatio ja terävä dystopia, jossa keski-ikäinen Arnold-hiiri alkaa epäillä koko elämänsä olevan vain lavastettu illuusio.</w:t>
      </w:r>
    </w:p>
    <w:p>
      <w:r>
        <w:t>13-14 €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