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26.9.2026-27.9.2026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12:00-00:00 No Good Men – Rakkautta &amp; Anarkiaa 17.–27.9.2026</w:t>
      </w:r>
    </w:p>
    <w:p>
      <w:r>
        <w:t>Poliittisessa ja romanttisessa elokuvassa tv-kuvaaja löytää uuden rakkauden viimeisinä vapauden päivinä ennen talibanien toista valtaannousua Afganistanissa.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