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26.9.2026-27.9.2026</w:t>
      </w:r>
    </w:p>
    <w:p>
      <w:pPr>
        <w:pStyle w:val="Heading1"/>
      </w:pPr>
      <w:r>
        <w:t>26.9.2026-27.9.2026</w:t>
      </w:r>
    </w:p>
    <w:p>
      <w:pPr>
        <w:pStyle w:val="Heading2"/>
      </w:pPr>
      <w:r>
        <w:t>14:15-00:00 California Schemin' – Rakkautta &amp; Anarkiaa 17.–27.9.2026</w:t>
      </w:r>
    </w:p>
    <w:p>
      <w:r>
        <w:t>Skottiräppärit alkavat esiintyä kalifornialaisina saadakseen uransa lentoon. James McAvoyn hillitön debyyttiohjaus perustuu tositapahtumiin.</w:t>
      </w:r>
    </w:p>
    <w:p>
      <w:r>
        <w:t>13-14 €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