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16:30-00:00 10s Across the Borders – Rakkautta &amp; Anarkiaa 17.–27.9.2026</w:t>
      </w:r>
    </w:p>
    <w:p>
      <w:r>
        <w:t>Upeiden tanssinumeroiden täyttämä dokumentti kertoo Kaakkois-Aasian ballroom-skenestä, queer-ilosta ja valitun perheen löytämisestä.</w:t>
      </w:r>
    </w:p>
    <w:p>
      <w:r>
        <w:t>13-14 €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