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18:45-00:00 Jim Queen – Rakkautta &amp; Anarkiaa 17.–27.9.2026</w:t>
      </w:r>
    </w:p>
    <w:p>
      <w:r>
        <w:t>Pariisissa puhkeaa virusepidemia, joka muuttaa homomiehet heteroiksi. Patonkikaupungin yökerhoissa kokattu animaatio on juuri sitä, mitä voisi odottaa: irstas, kreisi ja testosteroninen!</w:t>
      </w:r>
    </w:p>
    <w:p>
      <w:r>
        <w:t>13-14 €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