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20:45-00:00 The Devils – Rakkautta &amp; Anarkiaa 17.–27.9.2026</w:t>
      </w:r>
    </w:p>
    <w:p>
      <w:r>
        <w:t>Kaikkien aikojen kulttielokuviin lukeutuva nunnaeksploitaatio oli Suomessa kokonaan kielletty 30 kesää ja saapuu nyt valkokankaalle täydessä mitassaan.</w:t>
      </w:r>
    </w:p>
    <w:p>
      <w:r>
        <w:t>13-14 €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