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15:00-00:00 Maagikot 6 – The Art of Illusion – Pete Poskiparta, Joni Pakanen, Kate ja Pasi sekä Robert Jägerhorn</w:t>
      </w:r>
    </w:p>
    <w:p>
      <w:r>
        <w:t>Suomen suurin magian ja illuusion kiertue palaa alkuvuodesta 2027 täysin uudistuneena. Maagikot 6 - The Art of Illusion on elämys, joka tarjoaa ihmetystä, iloa ja yllätyksiä koko perheelle.</w:t>
      </w:r>
    </w:p>
    <w:p>
      <w:r>
        <w:t>48,90-57,90 €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