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20:00-21:15 Liikkeellä marraskuussa – Mélanie Demers: Confession Publique</w:t>
      </w:r>
    </w:p>
    <w:p>
      <w:r>
        <w:t>Confession Publique on nimensä mukaisesti julkinen tunnustus. Teos tutkii monitulkintaisuutta ja paradokseja, puntaroi jaloa ja mautonta, heilahtelee armon ja raakuuden välillä.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