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18:00-20:00 Viittomakielinen teatterityöpaja – Malmitalon yhteisömaanantait</w:t>
      </w:r>
    </w:p>
    <w:p>
      <w:r>
        <w:t>Haluatko kokeilla jotain täysin uutta ja heittäytyä ilmaisuun ilman sanoja?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