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6.3.2027-7.3.2027</w:t>
      </w:r>
    </w:p>
    <w:p>
      <w:pPr>
        <w:pStyle w:val="Heading1"/>
      </w:pPr>
      <w:r>
        <w:t>6.3.2027-7.3.2027</w:t>
      </w:r>
    </w:p>
    <w:p>
      <w:pPr>
        <w:pStyle w:val="Heading2"/>
      </w:pPr>
      <w:r>
        <w:t>17:30-00:00 Lionel Loueke Solo – Savoy JAZZFest 2027</w:t>
      </w:r>
    </w:p>
    <w:p>
      <w:r>
        <w:t>Beninissä syntynyt kitaristi, laulaja ja säveltäjä Lionel Loueke on yksi nykyjazzin kiehtovimmista ja omaperäisimmistä muusikoista. Loueke saapuu nyt Savoy JAZZFestiin harvinaiselle soolokonsertille.</w:t>
      </w:r>
    </w:p>
    <w:p>
      <w:r>
        <w:t>17-57 €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