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5.3.2027-6.3.2027</w:t>
      </w:r>
    </w:p>
    <w:p>
      <w:pPr>
        <w:pStyle w:val="Heading1"/>
      </w:pPr>
      <w:r>
        <w:t>5.3.2027-6.3.2027</w:t>
      </w:r>
    </w:p>
    <w:p>
      <w:pPr>
        <w:pStyle w:val="Heading2"/>
      </w:pPr>
      <w:r>
        <w:t>19:00-00:00 John Scofield Combo 75 – Savoy JAZZFest 2027</w:t>
      </w:r>
    </w:p>
    <w:p>
      <w:r>
        <w:t>Jazzkitaran elävä legenda, amerikkalainen John Scofield saapuu Savoy JAZZFestiin juhlistamaan 75-vuotisjuhlavuottaan ainutlaatuisella Combo 75 -kokoonpanolla. Harvinaisella juhlakiertueella Scofieldin rinnalla esiintyvät huippumuusikot basisti Vicente Archer, rumpali Bill Stewart sekä vuoden 2023 Savoy JAZZFestiä tähdittänyt pianisti Gerald Clayton, Yhdessä he muodostavat yhtyeen, jossa jazzin historia, nykyhetki ja tulevaisuus kohtaavat sähköistävällä tavalla.Kolminkertainen Grammy-voittaja Scofield on yksi modernin jazzin vaikutusvaltaisimmista kitaristeista. Hänen tunnistettava soundinsa yhdistää saumattomasti bebopin, bluesin, funkin ja improvisaation vapauden. Yli viiden vuosikymmenen mittaisella urallaan hän on soittanut muun muassa Miles Davisin kanssa, julkaissut yli 50 albumia omissa nimissään ja inspiroinut kokonaisia muusikkosukupolvia. Combo 75 perustuu Scofieldin ylistettyyn Combo 66 -yhtyeeseen, joka palaa juhlistamaan mestarin merkkivuotta uudella energialla. Savoyn konsertin jälkeen yhtye esiintyy Suomessa myös Turku Jazz Festivalin ohjelmassa lauantaina 6.3.Varmista paikkasi ikimuistoiseen konserttiin, jossa jazzin elävä legenda ja tämän hetken eturivin muusikot kohtaavat. Luvassa on ilta täynnä virtuoottista yhteissoittoa, vahvoja melodioita ja Scofieldin tavaramerkiksi muodostunutta kitarataikaa.Kesto n. 90 min, ei väliaikaaPermanto K18 anniskelualue. Parveke ikärajaton, ei anniskelua.Kuuntele kokoonpanoa Youtubesta:</w:t>
      </w:r>
    </w:p>
    <w:p>
      <w:r>
        <w:t>17-67 €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