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11:00-14:00 Sarjakuvatyöpaja Kupla – Lastenkirjafestarit</w:t>
      </w:r>
    </w:p>
    <w:p>
      <w:r>
        <w:t>Drop in sarjakuvatyöpaja. Mistä tarina koostuu? Miten pääset alkuun sarjakuvan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