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12:00-13:00 Kaupunginmuseon testitapahtuma</w:t>
      </w:r>
    </w:p>
    <w:p>
      <w:r>
        <w:t>Kaupunginmuseon testitapahtuma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