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27.9.2025-28.9.2025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17:00-00:00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