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Hämeentie 2, 00530, Helsinki</w:t>
      </w:r>
    </w:p>
    <w:p>
      <w:r>
        <w:t>21.11.2026-22.11.2026</w:t>
      </w:r>
    </w:p>
    <w:p>
      <w:pPr>
        <w:pStyle w:val="Heading1"/>
      </w:pPr>
      <w:r>
        <w:t>21.11.2026-22.11.2026</w:t>
      </w:r>
    </w:p>
    <w:p>
      <w:pPr>
        <w:pStyle w:val="Heading2"/>
      </w:pPr>
      <w:r>
        <w:t>13:00-00:00 Kotijoukot</w:t>
      </w:r>
    </w:p>
    <w:p>
      <w:r>
        <w:t>Niina Lahtinen – Joonas Nordman KOTIJOUKOT Elämännälkäinen avovaimo Anna (Niina Lahtinen) haluaisi diplomi-insinöörimieheltään Mikolta (Joonas Nordman) leikkisy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