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12.9.2026-13.9.2026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>13:00-00:00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