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31.10.2026-1.11.2026</w:t>
      </w:r>
    </w:p>
    <w:p>
      <w:pPr>
        <w:pStyle w:val="Heading1"/>
      </w:pPr>
      <w:r>
        <w:t>31.10.2026-1.11.2026</w:t>
      </w:r>
    </w:p>
    <w:p>
      <w:pPr>
        <w:pStyle w:val="Heading2"/>
      </w:pPr>
      <w:r>
        <w:t>19:00-00:00 Monsterit Stand Up Show K18</w:t>
      </w:r>
    </w:p>
    <w:p>
      <w:r>
        <w:t>Esiintyjät Ali Jahangiri, Heli Sutela ja Fabe Monsterit Stand Up Show Suomen eturivin koomikot ottavat lavan haltuun ja tarjoavat unohtumattoman show’n täynnä 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