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14.11.2026-15.11.2026</w:t>
      </w:r>
    </w:p>
    <w:p>
      <w:pPr>
        <w:pStyle w:val="Heading1"/>
      </w:pPr>
      <w:r>
        <w:t>14.11.2026-15.11.2026</w:t>
      </w:r>
    </w:p>
    <w:p>
      <w:pPr>
        <w:pStyle w:val="Heading2"/>
      </w:pPr>
      <w:r>
        <w:t>19:00-00:00 Svenskfinlands Sista Satiriker</w:t>
      </w:r>
    </w:p>
    <w:p>
      <w:r>
        <w:t>Svenskfinlands sista satiriker Alfred Backa är känd både i Finland och Sverige för sin träffsäkra politiska satir och sina energiska föreställnin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